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Biology for Engineers - 50 MCQs</w:t>
      </w:r>
    </w:p>
    <w:p>
      <w:r>
        <w:t>1. Which biomolecule stores genetic information?</w:t>
        <w:br/>
        <w:t>A) Proteins</w:t>
        <w:br/>
        <w:t>B) Lipids</w:t>
        <w:br/>
        <w:t>C) DNA</w:t>
        <w:br/>
        <w:t>D) Carbohydrates</w:t>
        <w:br/>
      </w:r>
    </w:p>
    <w:p>
      <w:r>
        <w:t>2. Basic structural unit of life is</w:t>
        <w:br/>
        <w:t>A) Atom</w:t>
        <w:br/>
        <w:t>B) Cell</w:t>
        <w:br/>
        <w:t>C) Tissue</w:t>
        <w:br/>
        <w:t>D) Organ</w:t>
        <w:br/>
      </w:r>
    </w:p>
    <w:p>
      <w:r>
        <w:t>3. Powerhouse of the cell is</w:t>
        <w:br/>
        <w:t>A) Nucleus</w:t>
        <w:br/>
        <w:t>B) Golgi body</w:t>
        <w:br/>
        <w:t>C) Mitochondrion</w:t>
        <w:br/>
        <w:t>D) Ribosome</w:t>
        <w:br/>
      </w:r>
    </w:p>
    <w:p>
      <w:r>
        <w:t>4. Plant cell wall is mainly made of</w:t>
        <w:br/>
        <w:t>A) Chitin</w:t>
        <w:br/>
        <w:t>B) Cellulose</w:t>
        <w:br/>
        <w:t>C) Peptidoglycan</w:t>
        <w:br/>
        <w:t>D) Lignin</w:t>
        <w:br/>
      </w:r>
    </w:p>
    <w:p>
      <w:r>
        <w:t>5. DNA is composed of</w:t>
        <w:br/>
        <w:t>A) Amino acids</w:t>
        <w:br/>
        <w:t>B) Nucleotides</w:t>
        <w:br/>
        <w:t>C) Fatty acids</w:t>
        <w:br/>
        <w:t>D) Monosaccharides</w:t>
        <w:br/>
      </w:r>
    </w:p>
    <w:p>
      <w:r>
        <w:t>6. RNA contains which sugar?</w:t>
        <w:br/>
        <w:t>A) Glucose</w:t>
        <w:br/>
        <w:t>B) Fructose</w:t>
        <w:br/>
        <w:t>C) Ribose</w:t>
        <w:br/>
        <w:t>D) Deoxyribose</w:t>
        <w:br/>
      </w:r>
    </w:p>
    <w:p>
      <w:r>
        <w:t>7. Enzymes are primarily</w:t>
        <w:br/>
        <w:t>A) Lipids</w:t>
        <w:br/>
        <w:t>B) Proteins</w:t>
        <w:br/>
        <w:t>C) Minerals</w:t>
        <w:br/>
        <w:t>D) Vitamins</w:t>
        <w:br/>
      </w:r>
    </w:p>
    <w:p>
      <w:r>
        <w:t>8. Unit of protein is</w:t>
        <w:br/>
        <w:t>A) Nucleotide</w:t>
        <w:br/>
        <w:t>B) Fatty acid</w:t>
        <w:br/>
        <w:t>C) Amino acid</w:t>
        <w:br/>
        <w:t>D) Glucose</w:t>
        <w:br/>
      </w:r>
    </w:p>
    <w:p>
      <w:r>
        <w:t>9. Photosynthesis occurs in</w:t>
        <w:br/>
        <w:t>A) Mitochondria</w:t>
        <w:br/>
        <w:t>B) Chloroplast</w:t>
        <w:br/>
        <w:t>C) Nucleus</w:t>
        <w:br/>
        <w:t>D) ER</w:t>
        <w:br/>
      </w:r>
    </w:p>
    <w:p>
      <w:r>
        <w:t>10. Human blood pH is about</w:t>
        <w:br/>
        <w:t>A) 5.5</w:t>
        <w:br/>
        <w:t>B) 6.0</w:t>
        <w:br/>
        <w:t>C) 7.4</w:t>
        <w:br/>
        <w:t>D) 8.5</w:t>
        <w:br/>
      </w:r>
    </w:p>
    <w:p>
      <w:r>
        <w:t>11. Universal energy currency is</w:t>
        <w:br/>
        <w:t>A) NADH</w:t>
        <w:br/>
        <w:t>B) ATP</w:t>
        <w:br/>
        <w:t>C) DNA</w:t>
        <w:br/>
        <w:t>D) GTP</w:t>
        <w:br/>
      </w:r>
    </w:p>
    <w:p>
      <w:r>
        <w:t>12. Genetic blueprint is called</w:t>
        <w:br/>
        <w:t>A) Genome</w:t>
        <w:br/>
        <w:t>B) Proteome</w:t>
        <w:br/>
        <w:t>C) Metabolome</w:t>
        <w:br/>
        <w:t>D) Transcriptome</w:t>
        <w:br/>
      </w:r>
    </w:p>
    <w:p>
      <w:r>
        <w:t>13. Father of Genetics</w:t>
        <w:br/>
        <w:t>A) Darwin</w:t>
        <w:br/>
        <w:t>B) Mendel</w:t>
        <w:br/>
        <w:t>C) Pasteur</w:t>
        <w:br/>
        <w:t>D) Watson</w:t>
        <w:br/>
      </w:r>
    </w:p>
    <w:p>
      <w:r>
        <w:t>14. Double helix model by</w:t>
        <w:br/>
        <w:t>A) Darwin</w:t>
        <w:br/>
        <w:t>B) Watson and Crick</w:t>
        <w:br/>
        <w:t>C) Linnaeus</w:t>
        <w:br/>
        <w:t>D) Hooke</w:t>
        <w:br/>
      </w:r>
    </w:p>
    <w:p>
      <w:r>
        <w:t>15. Cell division producing identical cells</w:t>
        <w:br/>
        <w:t>A) Meiosis</w:t>
        <w:br/>
        <w:t>B) Mitosis</w:t>
        <w:br/>
        <w:t>C) Binary fission</w:t>
        <w:br/>
        <w:t>D) Budding</w:t>
        <w:br/>
      </w:r>
    </w:p>
    <w:p>
      <w:r>
        <w:t>16. Organism without nucleus</w:t>
        <w:br/>
        <w:t>A) Fungi</w:t>
        <w:br/>
        <w:t>B) Protist</w:t>
        <w:br/>
        <w:t>C) Prokaryote</w:t>
        <w:br/>
        <w:t>D) Plant</w:t>
        <w:br/>
      </w:r>
    </w:p>
    <w:p>
      <w:r>
        <w:t>17. Bacteria reproduce mainly by</w:t>
        <w:br/>
        <w:t>A) Mitosis</w:t>
        <w:br/>
        <w:t>B) Binary fission</w:t>
        <w:br/>
        <w:t>C) Meiosis</w:t>
        <w:br/>
        <w:t>D) Spores</w:t>
        <w:br/>
      </w:r>
    </w:p>
    <w:p>
      <w:r>
        <w:t>18. Antibodies are produced by</w:t>
        <w:br/>
        <w:t>A) RBC</w:t>
        <w:br/>
        <w:t>B) B lymphocytes</w:t>
        <w:br/>
        <w:t>C) Platelets</w:t>
        <w:br/>
        <w:t>D) Neurons</w:t>
        <w:br/>
      </w:r>
    </w:p>
    <w:p>
      <w:r>
        <w:t>19. Study of microorganisms</w:t>
        <w:br/>
        <w:t>A) Ecology</w:t>
        <w:br/>
        <w:t>B) Microbiology</w:t>
        <w:br/>
        <w:t>C) Genetics</w:t>
        <w:br/>
        <w:t>D) Botany</w:t>
        <w:br/>
      </w:r>
    </w:p>
    <w:p>
      <w:r>
        <w:t>20. PCR is used to</w:t>
        <w:br/>
        <w:t>A) Separate proteins</w:t>
        <w:br/>
        <w:t>B) Amplify DNA</w:t>
        <w:br/>
        <w:t>C) Sequence proteins</w:t>
        <w:br/>
        <w:t>D) Culture cells</w:t>
        <w:br/>
      </w:r>
    </w:p>
    <w:p>
      <w:r>
        <w:t>21. CRISPR is mainly for</w:t>
        <w:br/>
        <w:t>A) Gene editing</w:t>
        <w:br/>
        <w:t>B) Digestion</w:t>
        <w:br/>
        <w:t>C) Respiration</w:t>
        <w:br/>
        <w:t>D) Photosynthesis</w:t>
        <w:br/>
      </w:r>
    </w:p>
    <w:p>
      <w:r>
        <w:t>22. Biotechnology combines biology with</w:t>
        <w:br/>
        <w:t>A) Engineering</w:t>
        <w:br/>
        <w:t>B) Medicine only</w:t>
        <w:br/>
        <w:t>C) Physics only</w:t>
        <w:br/>
        <w:t>D) Astronomy</w:t>
        <w:br/>
      </w:r>
    </w:p>
    <w:p>
      <w:r>
        <w:t>23. Primary source of energy for cells</w:t>
        <w:br/>
        <w:t>A) Protein</w:t>
        <w:br/>
        <w:t>B) Glucose</w:t>
        <w:br/>
        <w:t>C) Vitamin C</w:t>
        <w:br/>
        <w:t>D) Calcium</w:t>
        <w:br/>
      </w:r>
    </w:p>
    <w:p>
      <w:r>
        <w:t>24. Osmosis is movement of</w:t>
        <w:br/>
        <w:t>A) Solute</w:t>
        <w:br/>
        <w:t>B) Water</w:t>
        <w:br/>
        <w:t>C) Protein</w:t>
        <w:br/>
        <w:t>D) Gas</w:t>
        <w:br/>
      </w:r>
    </w:p>
    <w:p>
      <w:r>
        <w:t>25. Diffusion occurs from</w:t>
        <w:br/>
        <w:t>A) Low to high</w:t>
        <w:br/>
        <w:t>B) High to low</w:t>
        <w:br/>
        <w:t>C) Equal only</w:t>
        <w:br/>
        <w:t>D) None</w:t>
        <w:br/>
      </w:r>
    </w:p>
    <w:p>
      <w:r>
        <w:t>26. Human genome is present in</w:t>
        <w:br/>
        <w:t>A) Nucleus</w:t>
        <w:br/>
        <w:t>B) Cell wall</w:t>
        <w:br/>
        <w:t>C) Membrane</w:t>
        <w:br/>
        <w:t>D) Ribosome</w:t>
        <w:br/>
      </w:r>
    </w:p>
    <w:p>
      <w:r>
        <w:t>27. Insulin regulates</w:t>
        <w:br/>
        <w:t>A) Temperature</w:t>
        <w:br/>
        <w:t>B) Blood glucose</w:t>
        <w:br/>
        <w:t>C) Pulse</w:t>
        <w:br/>
        <w:t>D) Vision</w:t>
        <w:br/>
      </w:r>
    </w:p>
    <w:p>
      <w:r>
        <w:t>28. Vitamin D helps absorb</w:t>
        <w:br/>
        <w:t>A) Iron</w:t>
        <w:br/>
        <w:t>B) Calcium</w:t>
        <w:br/>
        <w:t>C) Sodium</w:t>
        <w:br/>
        <w:t>D) Potassium</w:t>
        <w:br/>
      </w:r>
    </w:p>
    <w:p>
      <w:r>
        <w:t>29. COVID-19 is caused by</w:t>
        <w:br/>
        <w:t>A) Bacterium</w:t>
        <w:br/>
        <w:t>B) Virus</w:t>
        <w:br/>
        <w:t>C) Fungus</w:t>
        <w:br/>
        <w:t>D) Protozoa</w:t>
        <w:br/>
      </w:r>
    </w:p>
    <w:p>
      <w:r>
        <w:t>30. Normal human chromosome number</w:t>
        <w:br/>
        <w:t>A) 23</w:t>
        <w:br/>
        <w:t>B) 46</w:t>
        <w:br/>
        <w:t>C) 44</w:t>
        <w:br/>
        <w:t>D) 48</w:t>
        <w:br/>
      </w:r>
    </w:p>
    <w:p>
      <w:r>
        <w:t>31. Green pigment</w:t>
        <w:br/>
        <w:t>A) Hemoglobin</w:t>
        <w:br/>
        <w:t>B) Chlorophyll</w:t>
        <w:br/>
        <w:t>C) Melanin</w:t>
        <w:br/>
        <w:t>D) Keratin</w:t>
        <w:br/>
      </w:r>
    </w:p>
    <w:p>
      <w:r>
        <w:t>32. Largest organ</w:t>
        <w:br/>
        <w:t>A) Heart</w:t>
        <w:br/>
        <w:t>B) Skin</w:t>
        <w:br/>
        <w:t>C) Liver</w:t>
        <w:br/>
        <w:t>D) Brain</w:t>
        <w:br/>
      </w:r>
    </w:p>
    <w:p>
      <w:r>
        <w:t>33. Kidney functional unit</w:t>
        <w:br/>
        <w:t>A) Neuron</w:t>
        <w:br/>
        <w:t>B) Nephron</w:t>
        <w:br/>
        <w:t>C) Alveolus</w:t>
        <w:br/>
        <w:t>D) Osteon</w:t>
        <w:br/>
      </w:r>
    </w:p>
    <w:p>
      <w:r>
        <w:t>34. Gas exchange occurs in</w:t>
        <w:br/>
        <w:t>A) Nephrons</w:t>
        <w:br/>
        <w:t>B) Alveoli</w:t>
        <w:br/>
        <w:t>C) Villi</w:t>
        <w:br/>
        <w:t>D) Atria</w:t>
        <w:br/>
      </w:r>
    </w:p>
    <w:p>
      <w:r>
        <w:t>35. DNA replication occurs before</w:t>
        <w:br/>
        <w:t>A) Cell division</w:t>
        <w:br/>
        <w:t>B) Protein synthesis</w:t>
        <w:br/>
        <w:t>C) Digestion</w:t>
        <w:br/>
        <w:t>D) Excretion</w:t>
        <w:br/>
      </w:r>
    </w:p>
    <w:p>
      <w:r>
        <w:t>36. Gene is a segment of</w:t>
        <w:br/>
        <w:t>A) Protein</w:t>
        <w:br/>
        <w:t>B) DNA</w:t>
        <w:br/>
        <w:t>C) RNA</w:t>
        <w:br/>
        <w:t>D) Lipid</w:t>
        <w:br/>
      </w:r>
    </w:p>
    <w:p>
      <w:r>
        <w:t>37. Plasmids are common in</w:t>
        <w:br/>
        <w:t>A) Plants</w:t>
        <w:br/>
        <w:t>B) Bacteria</w:t>
        <w:br/>
        <w:t>C) Animals</w:t>
        <w:br/>
        <w:t>D) Fungi</w:t>
        <w:br/>
      </w:r>
    </w:p>
    <w:p>
      <w:r>
        <w:t>38. Bioremediation uses</w:t>
        <w:br/>
        <w:t>A) Chemicals</w:t>
        <w:br/>
        <w:t>B) Microorganisms</w:t>
        <w:br/>
        <w:t>C) Machines</w:t>
        <w:br/>
        <w:t>D) Radiation</w:t>
        <w:br/>
      </w:r>
    </w:p>
    <w:p>
      <w:r>
        <w:t>39. Biodiversity means</w:t>
        <w:br/>
        <w:t>A) Weather</w:t>
        <w:br/>
        <w:t>B) Variety of life</w:t>
        <w:br/>
        <w:t>C) Water cycle</w:t>
        <w:br/>
        <w:t>D) Pollution</w:t>
        <w:br/>
      </w:r>
    </w:p>
    <w:p>
      <w:r>
        <w:t>40. Vaccines provide</w:t>
        <w:br/>
        <w:t>A) Passive immunity</w:t>
        <w:br/>
        <w:t>B) Active immunity</w:t>
        <w:br/>
        <w:t>C) Nutrition</w:t>
        <w:br/>
        <w:t>D) Digestion</w:t>
        <w:br/>
      </w:r>
    </w:p>
    <w:p>
      <w:r>
        <w:t>41. Ribosomes synthesize</w:t>
        <w:br/>
        <w:t>A) DNA</w:t>
        <w:br/>
        <w:t>B) Proteins</w:t>
        <w:br/>
        <w:t>C) Lipids</w:t>
        <w:br/>
        <w:t>D) ATP</w:t>
        <w:br/>
      </w:r>
    </w:p>
    <w:p>
      <w:r>
        <w:t>42. Cell membrane is</w:t>
        <w:br/>
        <w:t>A) Fully permeable</w:t>
        <w:br/>
        <w:t>B) Selectively permeable</w:t>
        <w:br/>
        <w:t>C) Impermeable</w:t>
        <w:br/>
        <w:t>D) Rigid</w:t>
        <w:br/>
      </w:r>
    </w:p>
    <w:p>
      <w:r>
        <w:t>43. Human heart has</w:t>
        <w:br/>
        <w:t>A) 2 chambers</w:t>
        <w:br/>
        <w:t>B) 3 chambers</w:t>
        <w:br/>
        <w:t>C) 4 chambers</w:t>
        <w:br/>
        <w:t>D) 5 chambers</w:t>
        <w:br/>
      </w:r>
    </w:p>
    <w:p>
      <w:r>
        <w:t>44. Xylem transports</w:t>
        <w:br/>
        <w:t>A) Food</w:t>
        <w:br/>
        <w:t>B) Water</w:t>
        <w:br/>
        <w:t>C) Hormones</w:t>
        <w:br/>
        <w:t>D) Oxygen</w:t>
        <w:br/>
      </w:r>
    </w:p>
    <w:p>
      <w:r>
        <w:t>45. Phloem transports</w:t>
        <w:br/>
        <w:t>A) Water</w:t>
        <w:br/>
        <w:t>B) Food</w:t>
        <w:br/>
        <w:t>C) Minerals only</w:t>
        <w:br/>
        <w:t>D) Air</w:t>
        <w:br/>
      </w:r>
    </w:p>
    <w:p>
      <w:r>
        <w:t>46. Ecology studies</w:t>
        <w:br/>
        <w:t>A) Stars</w:t>
        <w:br/>
        <w:t>B) Organisms and environment</w:t>
        <w:br/>
        <w:t>C) Atoms</w:t>
        <w:br/>
        <w:t>D) Machines</w:t>
        <w:br/>
      </w:r>
    </w:p>
    <w:p>
      <w:r>
        <w:t>47. Bioinformatics deals with</w:t>
        <w:br/>
        <w:t>A) Biological data</w:t>
        <w:br/>
        <w:t>B) Construction</w:t>
        <w:br/>
        <w:t>C) Mining</w:t>
        <w:br/>
        <w:t>D) Marketing</w:t>
        <w:br/>
      </w:r>
    </w:p>
    <w:p>
      <w:r>
        <w:t>48. Stem cells are</w:t>
        <w:br/>
        <w:t>A) Dead cells</w:t>
        <w:br/>
        <w:t>B) Undifferentiated cells</w:t>
        <w:br/>
        <w:t>C) Blood cells</w:t>
        <w:br/>
        <w:t>D) Bone cells</w:t>
        <w:br/>
      </w:r>
    </w:p>
    <w:p>
      <w:r>
        <w:t>49. Largest biomolecule</w:t>
        <w:br/>
        <w:t>A) Protein</w:t>
        <w:br/>
        <w:t>B) DNA</w:t>
        <w:br/>
        <w:t>C) Water</w:t>
        <w:br/>
        <w:t>D) Salt</w:t>
        <w:br/>
      </w:r>
    </w:p>
    <w:p>
      <w:r>
        <w:t>50. Engineering biology aims to</w:t>
        <w:br/>
        <w:t>A) Integrate biology with engineering</w:t>
        <w:br/>
        <w:t>B) Replace engineering</w:t>
        <w:br/>
        <w:t>C) Study planets</w:t>
        <w:br/>
        <w:t>D) Mine coal</w:t>
        <w:br/>
      </w:r>
    </w:p>
    <w:p>
      <w:pPr>
        <w:pStyle w:val="Heading2"/>
      </w:pPr>
      <w:r>
        <w:t>Answer Key</w:t>
      </w:r>
    </w:p>
    <w:p>
      <w:r>
        <w:t>1. C</w:t>
      </w:r>
    </w:p>
    <w:p>
      <w:r>
        <w:t>2. B</w:t>
      </w:r>
    </w:p>
    <w:p>
      <w:r>
        <w:t>3. C</w:t>
      </w:r>
    </w:p>
    <w:p>
      <w:r>
        <w:t>4. B</w:t>
      </w:r>
    </w:p>
    <w:p>
      <w:r>
        <w:t>5. B</w:t>
      </w:r>
    </w:p>
    <w:p>
      <w:r>
        <w:t>6. C</w:t>
      </w:r>
    </w:p>
    <w:p>
      <w:r>
        <w:t>7. B</w:t>
      </w:r>
    </w:p>
    <w:p>
      <w:r>
        <w:t>8. C</w:t>
      </w:r>
    </w:p>
    <w:p>
      <w:r>
        <w:t>9. B</w:t>
      </w:r>
    </w:p>
    <w:p>
      <w:r>
        <w:t>10. C</w:t>
      </w:r>
    </w:p>
    <w:p>
      <w:r>
        <w:t>11. B</w:t>
      </w:r>
    </w:p>
    <w:p>
      <w:r>
        <w:t>12. A</w:t>
      </w:r>
    </w:p>
    <w:p>
      <w:r>
        <w:t>13. B</w:t>
      </w:r>
    </w:p>
    <w:p>
      <w:r>
        <w:t>14. B</w:t>
      </w:r>
    </w:p>
    <w:p>
      <w:r>
        <w:t>15. B</w:t>
      </w:r>
    </w:p>
    <w:p>
      <w:r>
        <w:t>16. C</w:t>
      </w:r>
    </w:p>
    <w:p>
      <w:r>
        <w:t>17. B</w:t>
      </w:r>
    </w:p>
    <w:p>
      <w:r>
        <w:t>18. B</w:t>
      </w:r>
    </w:p>
    <w:p>
      <w:r>
        <w:t>19. B</w:t>
      </w:r>
    </w:p>
    <w:p>
      <w:r>
        <w:t>20. B</w:t>
      </w:r>
    </w:p>
    <w:p>
      <w:r>
        <w:t>21. A</w:t>
      </w:r>
    </w:p>
    <w:p>
      <w:r>
        <w:t>22. A</w:t>
      </w:r>
    </w:p>
    <w:p>
      <w:r>
        <w:t>23. B</w:t>
      </w:r>
    </w:p>
    <w:p>
      <w:r>
        <w:t>24. B</w:t>
      </w:r>
    </w:p>
    <w:p>
      <w:r>
        <w:t>25. B</w:t>
      </w:r>
    </w:p>
    <w:p>
      <w:r>
        <w:t>26. A</w:t>
      </w:r>
    </w:p>
    <w:p>
      <w:r>
        <w:t>27. B</w:t>
      </w:r>
    </w:p>
    <w:p>
      <w:r>
        <w:t>28. B</w:t>
      </w:r>
    </w:p>
    <w:p>
      <w:r>
        <w:t>29. B</w:t>
      </w:r>
    </w:p>
    <w:p>
      <w:r>
        <w:t>30. B</w:t>
      </w:r>
    </w:p>
    <w:p>
      <w:r>
        <w:t>31. B</w:t>
      </w:r>
    </w:p>
    <w:p>
      <w:r>
        <w:t>32. B</w:t>
      </w:r>
    </w:p>
    <w:p>
      <w:r>
        <w:t>33. B</w:t>
      </w:r>
    </w:p>
    <w:p>
      <w:r>
        <w:t>34. B</w:t>
      </w:r>
    </w:p>
    <w:p>
      <w:r>
        <w:t>35. A</w:t>
      </w:r>
    </w:p>
    <w:p>
      <w:r>
        <w:t>36. B</w:t>
      </w:r>
    </w:p>
    <w:p>
      <w:r>
        <w:t>37. B</w:t>
      </w:r>
    </w:p>
    <w:p>
      <w:r>
        <w:t>38. B</w:t>
      </w:r>
    </w:p>
    <w:p>
      <w:r>
        <w:t>39. B</w:t>
      </w:r>
    </w:p>
    <w:p>
      <w:r>
        <w:t>40. B</w:t>
      </w:r>
    </w:p>
    <w:p>
      <w:r>
        <w:t>41. B</w:t>
      </w:r>
    </w:p>
    <w:p>
      <w:r>
        <w:t>42. B</w:t>
      </w:r>
    </w:p>
    <w:p>
      <w:r>
        <w:t>43. C</w:t>
      </w:r>
    </w:p>
    <w:p>
      <w:r>
        <w:t>44. B</w:t>
      </w:r>
    </w:p>
    <w:p>
      <w:r>
        <w:t>45. B</w:t>
      </w:r>
    </w:p>
    <w:p>
      <w:r>
        <w:t>46. B</w:t>
      </w:r>
    </w:p>
    <w:p>
      <w:r>
        <w:t>47. A</w:t>
      </w:r>
    </w:p>
    <w:p>
      <w:r>
        <w:t>48. B</w:t>
      </w:r>
    </w:p>
    <w:p>
      <w:r>
        <w:t>49. B</w:t>
      </w:r>
    </w:p>
    <w:p>
      <w:r>
        <w:t>50. 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